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9F922" w14:textId="77777777" w:rsidR="00C74F15" w:rsidRDefault="00000000">
      <w:pPr>
        <w:jc w:val="center"/>
      </w:pPr>
      <w:r>
        <w:rPr>
          <w:b/>
          <w:sz w:val="36"/>
        </w:rPr>
        <w:t>MOHAMAD ARIF BIN MOHD SALLEH</w:t>
      </w:r>
    </w:p>
    <w:p w14:paraId="24974600" w14:textId="77777777" w:rsidR="00C74F15" w:rsidRDefault="00000000">
      <w:r>
        <w:rPr>
          <w:b/>
        </w:rPr>
        <w:t xml:space="preserve">Address: </w:t>
      </w:r>
      <w:r>
        <w:t>Putrajaya, Malaysia</w:t>
      </w:r>
      <w:r>
        <w:br/>
      </w:r>
      <w:r>
        <w:rPr>
          <w:b/>
        </w:rPr>
        <w:t xml:space="preserve">Mobile: </w:t>
      </w:r>
      <w:r>
        <w:t>010-5680048</w:t>
      </w:r>
      <w:r>
        <w:br/>
      </w:r>
      <w:r>
        <w:rPr>
          <w:b/>
        </w:rPr>
        <w:t xml:space="preserve">Email: </w:t>
      </w:r>
      <w:r>
        <w:t>arifsalleh16@gmail.com</w:t>
      </w:r>
      <w:r>
        <w:br/>
      </w:r>
      <w:r>
        <w:rPr>
          <w:b/>
        </w:rPr>
        <w:t xml:space="preserve">Portfolio: </w:t>
      </w:r>
      <w:r>
        <w:t>https://arifsalleh.com</w:t>
      </w:r>
    </w:p>
    <w:p w14:paraId="5A652DC3" w14:textId="77777777" w:rsidR="00C74F15" w:rsidRPr="00C5475A" w:rsidRDefault="00000000">
      <w:pPr>
        <w:rPr>
          <w:u w:val="single"/>
        </w:rPr>
      </w:pPr>
      <w:r w:rsidRPr="00C5475A">
        <w:rPr>
          <w:b/>
          <w:sz w:val="26"/>
          <w:u w:val="single"/>
        </w:rPr>
        <w:t>PROFILE</w:t>
      </w:r>
    </w:p>
    <w:p w14:paraId="769981C8" w14:textId="77777777" w:rsidR="00C74F15" w:rsidRDefault="00000000">
      <w:r>
        <w:t>Computer Science Diploma graduate with experience in system maintenance and daily business operations. Experienced as an Operations Supervisor in a restaurant for over three years and previously served as a Junior Programmer during industrial training. Skilled in problem solving, operations management, work monitoring and teamwork. A responsible, disciplined and fast learner who is eager to develop new skills.</w:t>
      </w:r>
    </w:p>
    <w:p w14:paraId="7A14BDBA" w14:textId="77777777" w:rsidR="00C74F15" w:rsidRPr="00C5475A" w:rsidRDefault="00000000">
      <w:pPr>
        <w:rPr>
          <w:u w:val="single"/>
        </w:rPr>
      </w:pPr>
      <w:r w:rsidRPr="00C5475A">
        <w:rPr>
          <w:b/>
          <w:sz w:val="26"/>
          <w:u w:val="single"/>
        </w:rPr>
        <w:t>EDUCATION</w:t>
      </w:r>
    </w:p>
    <w:p w14:paraId="08BF9451" w14:textId="484985C3" w:rsidR="00C74F15" w:rsidRDefault="00000000" w:rsidP="00C5475A">
      <w:r>
        <w:t xml:space="preserve">Diploma in Computer Science, Universiti </w:t>
      </w:r>
      <w:proofErr w:type="spellStart"/>
      <w:r>
        <w:t>Teknologi</w:t>
      </w:r>
      <w:proofErr w:type="spellEnd"/>
      <w:r>
        <w:t xml:space="preserve"> MARA (UiTM), Jasin Campus, Melaka</w:t>
      </w:r>
      <w:r w:rsidR="009169FD">
        <w:tab/>
      </w:r>
      <w:r w:rsidR="009169FD">
        <w:tab/>
      </w:r>
      <w:r w:rsidR="00C5475A">
        <w:t>2018-</w:t>
      </w:r>
      <w:r>
        <w:t xml:space="preserve">2021 </w:t>
      </w:r>
    </w:p>
    <w:p w14:paraId="7D4D4175" w14:textId="3A45A91D" w:rsidR="00C5475A" w:rsidRDefault="00C5475A" w:rsidP="00C5475A">
      <w:r>
        <w:t>Among subjects taken:</w:t>
      </w:r>
    </w:p>
    <w:p w14:paraId="40770F7E" w14:textId="2387582E" w:rsidR="00C5475A" w:rsidRDefault="00C5475A" w:rsidP="00C5475A">
      <w:pPr>
        <w:pStyle w:val="ListParagraph"/>
        <w:numPr>
          <w:ilvl w:val="0"/>
          <w:numId w:val="11"/>
        </w:numPr>
      </w:pPr>
      <w:r>
        <w:t>Information System Development</w:t>
      </w:r>
    </w:p>
    <w:p w14:paraId="56626C0D" w14:textId="6E261229" w:rsidR="00C5475A" w:rsidRDefault="00C5475A" w:rsidP="00C5475A">
      <w:pPr>
        <w:pStyle w:val="ListParagraph"/>
        <w:numPr>
          <w:ilvl w:val="0"/>
          <w:numId w:val="11"/>
        </w:numPr>
      </w:pPr>
      <w:r>
        <w:t>Object Oriented Programming</w:t>
      </w:r>
    </w:p>
    <w:p w14:paraId="4CF36C5D" w14:textId="39B268F7" w:rsidR="00C5475A" w:rsidRDefault="00C5475A" w:rsidP="00C5475A">
      <w:pPr>
        <w:pStyle w:val="ListParagraph"/>
        <w:numPr>
          <w:ilvl w:val="0"/>
          <w:numId w:val="11"/>
        </w:numPr>
      </w:pPr>
      <w:r>
        <w:t>Web Application Development</w:t>
      </w:r>
    </w:p>
    <w:p w14:paraId="118D4E5E" w14:textId="0503B363" w:rsidR="00C5475A" w:rsidRDefault="00000000">
      <w:r>
        <w:t xml:space="preserve">Sijil Pelajaran Malaysia (SPM), SMK Putrajaya </w:t>
      </w:r>
      <w:proofErr w:type="spellStart"/>
      <w:r>
        <w:t>Presint</w:t>
      </w:r>
      <w:proofErr w:type="spellEnd"/>
      <w:r>
        <w:t xml:space="preserve"> 16(1)</w:t>
      </w:r>
      <w:r w:rsidR="009169FD">
        <w:t xml:space="preserve"> </w:t>
      </w:r>
      <w:r w:rsidR="009169FD">
        <w:tab/>
      </w:r>
      <w:r w:rsidR="009169FD">
        <w:tab/>
      </w:r>
      <w:r w:rsidR="009169FD">
        <w:tab/>
      </w:r>
      <w:r w:rsidR="009169FD">
        <w:tab/>
      </w:r>
      <w:r w:rsidR="009169FD">
        <w:tab/>
      </w:r>
      <w:r w:rsidR="009169FD">
        <w:tab/>
        <w:t>2016</w:t>
      </w:r>
      <w:r>
        <w:br/>
        <w:t>Result: 4A 1A- 1B 3C+</w:t>
      </w:r>
    </w:p>
    <w:p w14:paraId="38A991C3" w14:textId="27598AA1" w:rsidR="00C74F15" w:rsidRDefault="00C5475A" w:rsidP="00C5475A">
      <w:pPr>
        <w:pStyle w:val="ListParagraph"/>
        <w:numPr>
          <w:ilvl w:val="0"/>
          <w:numId w:val="12"/>
        </w:numPr>
      </w:pPr>
      <w:r>
        <w:t>Taken Computer Technology Stream</w:t>
      </w:r>
    </w:p>
    <w:p w14:paraId="2E15BF4B" w14:textId="77777777" w:rsidR="009169FD" w:rsidRDefault="00000000">
      <w:pPr>
        <w:rPr>
          <w:b/>
          <w:u w:val="single"/>
        </w:rPr>
      </w:pPr>
      <w:proofErr w:type="gramStart"/>
      <w:r w:rsidRPr="00C5475A">
        <w:rPr>
          <w:b/>
          <w:sz w:val="26"/>
          <w:u w:val="single"/>
        </w:rPr>
        <w:t>WORKING</w:t>
      </w:r>
      <w:proofErr w:type="gramEnd"/>
      <w:r w:rsidRPr="00C5475A">
        <w:rPr>
          <w:b/>
          <w:sz w:val="26"/>
          <w:u w:val="single"/>
        </w:rPr>
        <w:t xml:space="preserve"> EXPERIENCES</w:t>
      </w:r>
    </w:p>
    <w:p w14:paraId="12264096" w14:textId="138345B4" w:rsidR="00C74F15" w:rsidRPr="009169FD" w:rsidRDefault="00000000">
      <w:pPr>
        <w:rPr>
          <w:b/>
          <w:u w:val="single"/>
        </w:rPr>
      </w:pPr>
      <w:r>
        <w:t>Operations Supervisor &amp; Restaurant Cook</w:t>
      </w:r>
      <w:r>
        <w:br/>
      </w:r>
      <w:proofErr w:type="spellStart"/>
      <w:r>
        <w:t>Jejari</w:t>
      </w:r>
      <w:proofErr w:type="spellEnd"/>
      <w:r>
        <w:t xml:space="preserve"> </w:t>
      </w:r>
      <w:proofErr w:type="spellStart"/>
      <w:r>
        <w:t>Sugeh</w:t>
      </w:r>
      <w:proofErr w:type="spellEnd"/>
      <w:r>
        <w:t xml:space="preserve"> Enterprise, Putrajaya </w:t>
      </w:r>
      <w:r w:rsidR="009169FD">
        <w:t xml:space="preserve">| </w:t>
      </w:r>
      <w:r>
        <w:t>2022 – Present</w:t>
      </w:r>
    </w:p>
    <w:p w14:paraId="6088815F" w14:textId="21CC70DD" w:rsidR="00C74F15" w:rsidRDefault="00000000">
      <w:pPr>
        <w:pStyle w:val="ListBullet"/>
      </w:pPr>
      <w:r>
        <w:t>Supervise daily business operations</w:t>
      </w:r>
      <w:r w:rsidR="007B23E9">
        <w:t>.</w:t>
      </w:r>
    </w:p>
    <w:p w14:paraId="4F681E46" w14:textId="537BC773" w:rsidR="00C74F15" w:rsidRDefault="00000000">
      <w:pPr>
        <w:pStyle w:val="ListBullet"/>
      </w:pPr>
      <w:r>
        <w:t>Ensure smooth food preparation processes</w:t>
      </w:r>
      <w:r w:rsidR="007B23E9">
        <w:t>.</w:t>
      </w:r>
    </w:p>
    <w:p w14:paraId="685E45F5" w14:textId="4E9F7093" w:rsidR="00C74F15" w:rsidRDefault="00000000">
      <w:pPr>
        <w:pStyle w:val="ListBullet"/>
      </w:pPr>
      <w:r>
        <w:t>Coordinate staff duties and ensure SOP compliance</w:t>
      </w:r>
      <w:r w:rsidR="007B23E9">
        <w:t>.</w:t>
      </w:r>
    </w:p>
    <w:p w14:paraId="03AEC2BE" w14:textId="5A8B01AF" w:rsidR="00C74F15" w:rsidRDefault="00000000">
      <w:pPr>
        <w:pStyle w:val="ListBullet"/>
      </w:pPr>
      <w:r>
        <w:t>Maintain product quality and workplace cleanliness</w:t>
      </w:r>
      <w:r w:rsidR="007B23E9">
        <w:t>.</w:t>
      </w:r>
    </w:p>
    <w:p w14:paraId="364BF0C5" w14:textId="4DBB7FC0" w:rsidR="00EA4033" w:rsidRDefault="00EA4033" w:rsidP="00EA4033">
      <w:pPr>
        <w:pStyle w:val="ListBullet"/>
      </w:pPr>
      <w:r>
        <w:t>Manage raw material purchasing and inventory.</w:t>
      </w:r>
    </w:p>
    <w:p w14:paraId="16550B30" w14:textId="55AEA386" w:rsidR="009169FD" w:rsidRDefault="009169FD" w:rsidP="009169FD">
      <w:pPr>
        <w:pStyle w:val="ListBullet"/>
      </w:pPr>
      <w:r>
        <w:t>Inventory &amp; Stock Management</w:t>
      </w:r>
      <w:r w:rsidR="007B23E9">
        <w:t>.</w:t>
      </w:r>
    </w:p>
    <w:p w14:paraId="4960280A" w14:textId="0B3EF69D" w:rsidR="00EA4033" w:rsidRDefault="00EA4033" w:rsidP="00EA4033">
      <w:pPr>
        <w:pStyle w:val="ListBullet"/>
      </w:pPr>
      <w:r>
        <w:t>Manage customer orders via online and offline.</w:t>
      </w:r>
    </w:p>
    <w:p w14:paraId="6AD113F5" w14:textId="45E6F886" w:rsidR="00EA4033" w:rsidRDefault="009169FD" w:rsidP="00EA4033">
      <w:pPr>
        <w:pStyle w:val="ListBullet"/>
      </w:pPr>
      <w:r>
        <w:t>Computer &amp; Digital System Usage</w:t>
      </w:r>
      <w:r>
        <w:t xml:space="preserve"> (</w:t>
      </w:r>
      <w:proofErr w:type="spellStart"/>
      <w:r>
        <w:t>ShopeeFood</w:t>
      </w:r>
      <w:proofErr w:type="spellEnd"/>
      <w:r>
        <w:t xml:space="preserve"> Apps)</w:t>
      </w:r>
      <w:r w:rsidR="007B23E9">
        <w:t>.</w:t>
      </w:r>
    </w:p>
    <w:p w14:paraId="5BDDDBC6" w14:textId="1F7A1D6F" w:rsidR="00EA4033" w:rsidRDefault="00EA4033" w:rsidP="00EA4033">
      <w:pPr>
        <w:pStyle w:val="ListBullet"/>
      </w:pPr>
      <w:r>
        <w:t>Cash Handling and Daily Sales Records.</w:t>
      </w:r>
    </w:p>
    <w:p w14:paraId="02DB8DD8" w14:textId="2B7E49E0" w:rsidR="009169FD" w:rsidRDefault="009169FD" w:rsidP="009169FD">
      <w:pPr>
        <w:pStyle w:val="ListBullet"/>
      </w:pPr>
      <w:r>
        <w:t>Able to work in a fast-paced environment</w:t>
      </w:r>
      <w:r w:rsidR="007B23E9">
        <w:t>.</w:t>
      </w:r>
    </w:p>
    <w:p w14:paraId="0A0572C9" w14:textId="5A3DB893" w:rsidR="009169FD" w:rsidRDefault="009169FD" w:rsidP="009169FD">
      <w:pPr>
        <w:pStyle w:val="ListBullet"/>
      </w:pPr>
      <w:r>
        <w:t>Able to work independently</w:t>
      </w:r>
      <w:r w:rsidR="007B23E9">
        <w:t>.</w:t>
      </w:r>
    </w:p>
    <w:p w14:paraId="6271945D" w14:textId="0BEDF01D" w:rsidR="00C74F15" w:rsidRDefault="00000000">
      <w:r>
        <w:lastRenderedPageBreak/>
        <w:t>Junior Programmer (Industrial Training)</w:t>
      </w:r>
      <w:r>
        <w:br/>
      </w:r>
      <w:proofErr w:type="spellStart"/>
      <w:r>
        <w:t>Glotech</w:t>
      </w:r>
      <w:proofErr w:type="spellEnd"/>
      <w:r>
        <w:t xml:space="preserve"> Prima Sdn. </w:t>
      </w:r>
      <w:proofErr w:type="spellStart"/>
      <w:r>
        <w:t>Bhd</w:t>
      </w:r>
      <w:proofErr w:type="spellEnd"/>
      <w:r>
        <w:t xml:space="preserve">, Cyberjaya </w:t>
      </w:r>
      <w:r w:rsidR="00D5431D">
        <w:t xml:space="preserve">| </w:t>
      </w:r>
      <w:r>
        <w:t>2019 (3 Months)</w:t>
      </w:r>
    </w:p>
    <w:p w14:paraId="3A55AD78" w14:textId="77777777" w:rsidR="00C74F15" w:rsidRDefault="00000000">
      <w:pPr>
        <w:pStyle w:val="ListBullet"/>
      </w:pPr>
      <w:r>
        <w:t>Updated and maintained the company's web system.</w:t>
      </w:r>
    </w:p>
    <w:p w14:paraId="03ECADD6" w14:textId="77777777" w:rsidR="00C74F15" w:rsidRDefault="00000000">
      <w:pPr>
        <w:pStyle w:val="ListBullet"/>
      </w:pPr>
      <w:r>
        <w:t>Organized and managed system data.</w:t>
      </w:r>
    </w:p>
    <w:p w14:paraId="29D5AB08" w14:textId="77777777" w:rsidR="00C74F15" w:rsidRDefault="00000000">
      <w:pPr>
        <w:pStyle w:val="ListBullet"/>
      </w:pPr>
      <w:r>
        <w:t>Assisted in identifying and fixing system errors.</w:t>
      </w:r>
    </w:p>
    <w:p w14:paraId="61F30B0B" w14:textId="416E2823" w:rsidR="00C5475A" w:rsidRPr="009169FD" w:rsidRDefault="00000000" w:rsidP="009169FD">
      <w:pPr>
        <w:pStyle w:val="ListBullet"/>
      </w:pPr>
      <w:r>
        <w:t>Prepared documentation related to system maintenance.</w:t>
      </w:r>
    </w:p>
    <w:p w14:paraId="312DDA26" w14:textId="7D7A8FFE" w:rsidR="00C74F15" w:rsidRDefault="00000000">
      <w:pPr>
        <w:rPr>
          <w:b/>
          <w:sz w:val="26"/>
          <w:u w:val="single"/>
        </w:rPr>
      </w:pPr>
      <w:r w:rsidRPr="009169FD">
        <w:rPr>
          <w:b/>
          <w:sz w:val="26"/>
          <w:u w:val="single"/>
        </w:rPr>
        <w:t>SKILLS</w:t>
      </w:r>
    </w:p>
    <w:p w14:paraId="217AC19D" w14:textId="1E7A118E" w:rsidR="007B23E9" w:rsidRDefault="007B23E9">
      <w:pPr>
        <w:rPr>
          <w:b/>
          <w:sz w:val="24"/>
          <w:szCs w:val="24"/>
        </w:rPr>
      </w:pPr>
      <w:r w:rsidRPr="007B23E9">
        <w:rPr>
          <w:b/>
          <w:sz w:val="24"/>
          <w:szCs w:val="24"/>
        </w:rPr>
        <w:t xml:space="preserve">IT </w:t>
      </w:r>
      <w:proofErr w:type="spellStart"/>
      <w:r w:rsidRPr="007B23E9">
        <w:rPr>
          <w:b/>
          <w:sz w:val="24"/>
          <w:szCs w:val="24"/>
        </w:rPr>
        <w:t>Profeciency</w:t>
      </w:r>
      <w:proofErr w:type="spellEnd"/>
    </w:p>
    <w:p w14:paraId="429AF918" w14:textId="6FCBE5F9" w:rsidR="00A148C6" w:rsidRDefault="00A148C6" w:rsidP="007B23E9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Microsoft Office (Word, </w:t>
      </w:r>
      <w:proofErr w:type="spellStart"/>
      <w:r>
        <w:rPr>
          <w:sz w:val="24"/>
          <w:szCs w:val="24"/>
        </w:rPr>
        <w:t>Powerpoint</w:t>
      </w:r>
      <w:proofErr w:type="spellEnd"/>
      <w:r>
        <w:rPr>
          <w:sz w:val="24"/>
          <w:szCs w:val="24"/>
        </w:rPr>
        <w:t>)</w:t>
      </w:r>
    </w:p>
    <w:p w14:paraId="2A8B38FF" w14:textId="50FAC0A6" w:rsidR="00A148C6" w:rsidRPr="00A148C6" w:rsidRDefault="007B23E9" w:rsidP="00A148C6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HTML (Intermediate)</w:t>
      </w:r>
    </w:p>
    <w:p w14:paraId="2D5CA465" w14:textId="54EED98A" w:rsidR="007B23E9" w:rsidRDefault="007B23E9" w:rsidP="007B23E9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Laravel framework (Intermediate)</w:t>
      </w:r>
    </w:p>
    <w:p w14:paraId="54DD2C32" w14:textId="5E58406B" w:rsidR="007B23E9" w:rsidRDefault="007B23E9" w:rsidP="007B23E9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Javascript</w:t>
      </w:r>
      <w:proofErr w:type="spellEnd"/>
      <w:r>
        <w:rPr>
          <w:sz w:val="24"/>
          <w:szCs w:val="24"/>
        </w:rPr>
        <w:t xml:space="preserve"> (Intermediate)</w:t>
      </w:r>
    </w:p>
    <w:p w14:paraId="259F9FE6" w14:textId="3C31C9F5" w:rsidR="007B23E9" w:rsidRPr="007B23E9" w:rsidRDefault="007B23E9" w:rsidP="007B23E9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MySQL (Intermediate)</w:t>
      </w:r>
    </w:p>
    <w:p w14:paraId="24843AA5" w14:textId="0C0E608E" w:rsidR="009169FD" w:rsidRDefault="007B23E9" w:rsidP="007B2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Speaking </w:t>
      </w:r>
      <w:proofErr w:type="spellStart"/>
      <w:r>
        <w:rPr>
          <w:b/>
          <w:sz w:val="24"/>
          <w:szCs w:val="24"/>
        </w:rPr>
        <w:t>Profeciency</w:t>
      </w:r>
      <w:proofErr w:type="spellEnd"/>
    </w:p>
    <w:p w14:paraId="3A9A8955" w14:textId="61494E50" w:rsidR="007B23E9" w:rsidRDefault="007B23E9" w:rsidP="007B23E9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Bahasa Malaysia (Excellent)</w:t>
      </w:r>
    </w:p>
    <w:p w14:paraId="57793BF1" w14:textId="24A41E57" w:rsidR="007B23E9" w:rsidRDefault="007B23E9" w:rsidP="007B23E9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English (Intermediate)</w:t>
      </w:r>
    </w:p>
    <w:p w14:paraId="7518B5E5" w14:textId="554D5630" w:rsidR="007B23E9" w:rsidRDefault="007B23E9" w:rsidP="007B23E9">
      <w:pPr>
        <w:rPr>
          <w:b/>
          <w:sz w:val="24"/>
          <w:szCs w:val="24"/>
        </w:rPr>
      </w:pPr>
      <w:r>
        <w:rPr>
          <w:b/>
          <w:sz w:val="24"/>
          <w:szCs w:val="24"/>
        </w:rPr>
        <w:t>Writing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Profeciency</w:t>
      </w:r>
      <w:proofErr w:type="spellEnd"/>
    </w:p>
    <w:p w14:paraId="50070A13" w14:textId="77777777" w:rsidR="007B23E9" w:rsidRDefault="007B23E9" w:rsidP="007B23E9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Bahasa Malaysia (Excellent)</w:t>
      </w:r>
    </w:p>
    <w:p w14:paraId="230A4886" w14:textId="5783B9F8" w:rsidR="007B23E9" w:rsidRPr="008E0DE1" w:rsidRDefault="007B23E9" w:rsidP="007B23E9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English (Intermediate)</w:t>
      </w:r>
    </w:p>
    <w:p w14:paraId="64FA9BC8" w14:textId="01C6CE8B" w:rsidR="009169FD" w:rsidRPr="009169FD" w:rsidRDefault="009169FD">
      <w:pPr>
        <w:rPr>
          <w:b/>
          <w:sz w:val="26"/>
          <w:u w:val="single"/>
        </w:rPr>
      </w:pPr>
      <w:r w:rsidRPr="009169FD">
        <w:rPr>
          <w:b/>
          <w:sz w:val="26"/>
          <w:u w:val="single"/>
        </w:rPr>
        <w:t xml:space="preserve">ADDITIONAL INFORMATION </w:t>
      </w:r>
    </w:p>
    <w:p w14:paraId="48DE81DC" w14:textId="77777777" w:rsidR="009169FD" w:rsidRPr="009169FD" w:rsidRDefault="009169FD">
      <w:pPr>
        <w:rPr>
          <w:bCs/>
        </w:rPr>
      </w:pPr>
      <w:r w:rsidRPr="009169FD">
        <w:rPr>
          <w:bCs/>
        </w:rPr>
        <w:t xml:space="preserve">Process own transport: Yes </w:t>
      </w:r>
    </w:p>
    <w:p w14:paraId="6211D17E" w14:textId="7D372DA1" w:rsidR="009169FD" w:rsidRPr="009169FD" w:rsidRDefault="009169FD">
      <w:pPr>
        <w:rPr>
          <w:bCs/>
        </w:rPr>
      </w:pPr>
      <w:r w:rsidRPr="009169FD">
        <w:rPr>
          <w:bCs/>
        </w:rPr>
        <w:t xml:space="preserve">Willingness to travel: Yes  </w:t>
      </w:r>
    </w:p>
    <w:p w14:paraId="4169C433" w14:textId="77777777" w:rsidR="009169FD" w:rsidRDefault="009169FD">
      <w:pPr>
        <w:rPr>
          <w:b/>
          <w:sz w:val="26"/>
        </w:rPr>
      </w:pPr>
    </w:p>
    <w:sectPr w:rsidR="009169FD" w:rsidSect="00034616">
      <w:pgSz w:w="12240" w:h="15840"/>
      <w:pgMar w:top="1440" w:right="800" w:bottom="1440" w:left="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BE827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8824EA"/>
    <w:multiLevelType w:val="hybridMultilevel"/>
    <w:tmpl w:val="ACEC4EE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AF2"/>
    <w:multiLevelType w:val="hybridMultilevel"/>
    <w:tmpl w:val="D10658B2"/>
    <w:lvl w:ilvl="0" w:tplc="4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59D05653"/>
    <w:multiLevelType w:val="hybridMultilevel"/>
    <w:tmpl w:val="C882A12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F444A"/>
    <w:multiLevelType w:val="hybridMultilevel"/>
    <w:tmpl w:val="00228DF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096301">
    <w:abstractNumId w:val="8"/>
  </w:num>
  <w:num w:numId="2" w16cid:durableId="1918662720">
    <w:abstractNumId w:val="6"/>
  </w:num>
  <w:num w:numId="3" w16cid:durableId="860628950">
    <w:abstractNumId w:val="5"/>
  </w:num>
  <w:num w:numId="4" w16cid:durableId="381250454">
    <w:abstractNumId w:val="4"/>
  </w:num>
  <w:num w:numId="5" w16cid:durableId="2013028693">
    <w:abstractNumId w:val="7"/>
  </w:num>
  <w:num w:numId="6" w16cid:durableId="552353547">
    <w:abstractNumId w:val="3"/>
  </w:num>
  <w:num w:numId="7" w16cid:durableId="1632633971">
    <w:abstractNumId w:val="2"/>
  </w:num>
  <w:num w:numId="8" w16cid:durableId="1523590402">
    <w:abstractNumId w:val="1"/>
  </w:num>
  <w:num w:numId="9" w16cid:durableId="1124008378">
    <w:abstractNumId w:val="0"/>
  </w:num>
  <w:num w:numId="10" w16cid:durableId="1636059333">
    <w:abstractNumId w:val="12"/>
  </w:num>
  <w:num w:numId="11" w16cid:durableId="499781955">
    <w:abstractNumId w:val="11"/>
  </w:num>
  <w:num w:numId="12" w16cid:durableId="1907179481">
    <w:abstractNumId w:val="10"/>
  </w:num>
  <w:num w:numId="13" w16cid:durableId="19590236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66E"/>
    <w:rsid w:val="00034616"/>
    <w:rsid w:val="0006063C"/>
    <w:rsid w:val="0015074B"/>
    <w:rsid w:val="001F3D0D"/>
    <w:rsid w:val="0029639D"/>
    <w:rsid w:val="00326F90"/>
    <w:rsid w:val="004C2A55"/>
    <w:rsid w:val="007B23E9"/>
    <w:rsid w:val="00870155"/>
    <w:rsid w:val="0089637D"/>
    <w:rsid w:val="008E0DE1"/>
    <w:rsid w:val="009169FD"/>
    <w:rsid w:val="00A148C6"/>
    <w:rsid w:val="00AA1D8D"/>
    <w:rsid w:val="00B47730"/>
    <w:rsid w:val="00C5475A"/>
    <w:rsid w:val="00C74F15"/>
    <w:rsid w:val="00CB0664"/>
    <w:rsid w:val="00CB15B4"/>
    <w:rsid w:val="00D05D8E"/>
    <w:rsid w:val="00D17EB5"/>
    <w:rsid w:val="00D5431D"/>
    <w:rsid w:val="00EA4033"/>
    <w:rsid w:val="00F648A7"/>
    <w:rsid w:val="00F92E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53A2F5"/>
  <w14:defaultImageDpi w14:val="300"/>
  <w15:docId w15:val="{DC62EBF8-4A71-4F8D-9A10-94EEE36B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saidatul chaan</cp:lastModifiedBy>
  <cp:revision>2</cp:revision>
  <dcterms:created xsi:type="dcterms:W3CDTF">2026-06-29T15:05:00Z</dcterms:created>
  <dcterms:modified xsi:type="dcterms:W3CDTF">2026-06-29T15:05:00Z</dcterms:modified>
  <cp:category/>
</cp:coreProperties>
</file>